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EF40" w14:textId="77777777" w:rsidR="00EC0083" w:rsidRDefault="00000000" w:rsidP="007B53BC">
      <w:pPr>
        <w:keepNext/>
        <w:spacing w:after="20" w:line="360" w:lineRule="auto"/>
        <w:jc w:val="center"/>
      </w:pPr>
      <w:r>
        <w:rPr>
          <w:b/>
          <w:color w:val="1F4E79"/>
          <w:sz w:val="43"/>
        </w:rPr>
        <w:t>Sivaraj Marimuthu</w:t>
      </w:r>
    </w:p>
    <w:p w14:paraId="49075DDD" w14:textId="77777777" w:rsidR="00EC0083" w:rsidRDefault="00000000" w:rsidP="007B53BC">
      <w:pPr>
        <w:keepNext/>
        <w:spacing w:after="20" w:line="360" w:lineRule="auto"/>
        <w:jc w:val="center"/>
      </w:pPr>
      <w:r>
        <w:rPr>
          <w:b/>
          <w:color w:val="1F1F1F"/>
          <w:sz w:val="23"/>
        </w:rPr>
        <w:t>Software Engineer | Full-Stack, Backend, Python, Node.js, AWS</w:t>
      </w:r>
    </w:p>
    <w:p w14:paraId="3AA8CB8A" w14:textId="77777777" w:rsidR="00EC0083" w:rsidRDefault="00000000" w:rsidP="007B53BC">
      <w:pPr>
        <w:keepNext/>
        <w:spacing w:after="10" w:line="360" w:lineRule="auto"/>
        <w:jc w:val="center"/>
      </w:pPr>
      <w:r>
        <w:rPr>
          <w:color w:val="555555"/>
          <w:sz w:val="18"/>
        </w:rPr>
        <w:t>Thanjavur, Tamil Nadu, India | 8903191416 | s.raj.sr93@gmail.com</w:t>
      </w:r>
    </w:p>
    <w:p w14:paraId="78954851" w14:textId="77777777" w:rsidR="00EC0083" w:rsidRDefault="00000000" w:rsidP="007B53BC">
      <w:pPr>
        <w:keepNext/>
        <w:spacing w:after="40" w:line="360" w:lineRule="auto"/>
        <w:jc w:val="center"/>
      </w:pPr>
      <w:r>
        <w:rPr>
          <w:color w:val="555555"/>
          <w:sz w:val="17"/>
        </w:rPr>
        <w:t>https://www.linkedin.com/in/sivarajmarimuthu/ | https://github.com/SivarajMarimuthu</w:t>
      </w:r>
    </w:p>
    <w:p w14:paraId="12044DCE" w14:textId="77777777" w:rsidR="00EC0083" w:rsidRDefault="00000000" w:rsidP="00864238">
      <w:pPr>
        <w:keepNext/>
        <w:pBdr>
          <w:bottom w:val="single" w:sz="6" w:space="1" w:color="1F4E79"/>
        </w:pBdr>
        <w:spacing w:before="60" w:after="40"/>
      </w:pPr>
      <w:r>
        <w:rPr>
          <w:b/>
          <w:color w:val="1F4E79"/>
          <w:sz w:val="25"/>
        </w:rPr>
        <w:t>PROFESSIONAL SUMMARY</w:t>
      </w:r>
    </w:p>
    <w:p w14:paraId="4A298D69" w14:textId="77777777" w:rsidR="00EC0083" w:rsidRDefault="00000000" w:rsidP="007B53BC">
      <w:pPr>
        <w:keepLines/>
        <w:spacing w:after="40" w:line="360" w:lineRule="auto"/>
      </w:pPr>
      <w:r>
        <w:rPr>
          <w:color w:val="1F1F1F"/>
        </w:rPr>
        <w:t>Software engineer with verified full-time experience across product and service environments, plus intermittent freelance and independent software projects. Hands-on background in Python, Flask, Node.js, Express.js, React.js, Angular, REST APIs, PostgreSQL, MySQL, MongoDB, AWS application deployment, automation, production support, client communication, mentoring, and technical coordination.</w:t>
      </w:r>
    </w:p>
    <w:p w14:paraId="3722CA1D" w14:textId="77777777" w:rsidR="00EC0083" w:rsidRDefault="00000000" w:rsidP="00864238">
      <w:pPr>
        <w:keepNext/>
        <w:pBdr>
          <w:bottom w:val="single" w:sz="6" w:space="1" w:color="1F4E79"/>
        </w:pBdr>
        <w:spacing w:before="80" w:after="40"/>
      </w:pPr>
      <w:r>
        <w:rPr>
          <w:b/>
          <w:color w:val="1F4E79"/>
          <w:sz w:val="25"/>
        </w:rPr>
        <w:t>CORE COMPETENCIES</w:t>
      </w:r>
    </w:p>
    <w:p w14:paraId="4CB093A0" w14:textId="77777777" w:rsidR="00EC0083" w:rsidRDefault="00000000" w:rsidP="007B53BC">
      <w:pPr>
        <w:keepLines/>
        <w:spacing w:after="40" w:line="360" w:lineRule="auto"/>
      </w:pPr>
      <w:r>
        <w:rPr>
          <w:color w:val="1F1F1F"/>
        </w:rPr>
        <w:t>Full-Stack Engineering • Backend Development • REST APIs • Database Design • Authentication &amp; RBAC • Payment Integrations • AWS Application Deployment • Python Automation • Reporting • Production Support • Client Communication • Mentoring • Acting Technical Lead Responsibilities</w:t>
      </w:r>
    </w:p>
    <w:p w14:paraId="2D1C39D7" w14:textId="77777777" w:rsidR="00EC0083" w:rsidRDefault="00000000" w:rsidP="00864238">
      <w:pPr>
        <w:keepNext/>
        <w:pBdr>
          <w:bottom w:val="single" w:sz="6" w:space="1" w:color="1F4E79"/>
        </w:pBdr>
        <w:spacing w:before="80" w:after="40"/>
      </w:pPr>
      <w:r>
        <w:rPr>
          <w:b/>
          <w:color w:val="1F4E79"/>
          <w:sz w:val="25"/>
        </w:rPr>
        <w:t>TECHNICAL SKILLS</w:t>
      </w:r>
    </w:p>
    <w:p w14:paraId="2EE3C958" w14:textId="77777777" w:rsidR="00EC0083" w:rsidRDefault="00000000" w:rsidP="007B53BC">
      <w:pPr>
        <w:keepLines/>
        <w:spacing w:after="16" w:line="360" w:lineRule="auto"/>
      </w:pPr>
      <w:r>
        <w:rPr>
          <w:b/>
          <w:color w:val="1F4E79"/>
        </w:rPr>
        <w:t xml:space="preserve">Languages: </w:t>
      </w:r>
      <w:r>
        <w:rPr>
          <w:color w:val="1F1F1F"/>
        </w:rPr>
        <w:t>Python, JavaScript, TypeScript, PHP, SQL</w:t>
      </w:r>
    </w:p>
    <w:p w14:paraId="73AFFF72" w14:textId="77777777" w:rsidR="00EC0083" w:rsidRDefault="00000000" w:rsidP="007B53BC">
      <w:pPr>
        <w:keepLines/>
        <w:spacing w:after="16" w:line="360" w:lineRule="auto"/>
      </w:pPr>
      <w:r>
        <w:rPr>
          <w:b/>
          <w:color w:val="1F4E79"/>
        </w:rPr>
        <w:t xml:space="preserve">Frontend: </w:t>
      </w:r>
      <w:r>
        <w:rPr>
          <w:color w:val="1F1F1F"/>
        </w:rPr>
        <w:t>React.js, Angular, AngularJS, HTML5, CSS3, Bootstrap, jQuery, Chart.js</w:t>
      </w:r>
    </w:p>
    <w:p w14:paraId="41E7A762" w14:textId="77777777" w:rsidR="00EC0083" w:rsidRDefault="00000000" w:rsidP="007B53BC">
      <w:pPr>
        <w:keepLines/>
        <w:spacing w:after="16" w:line="360" w:lineRule="auto"/>
      </w:pPr>
      <w:r>
        <w:rPr>
          <w:b/>
          <w:color w:val="1F4E79"/>
        </w:rPr>
        <w:t xml:space="preserve">Backend: </w:t>
      </w:r>
      <w:r>
        <w:rPr>
          <w:color w:val="1F1F1F"/>
        </w:rPr>
        <w:t>Flask, Node.js, Express.js, CodeIgniter, REST APIs</w:t>
      </w:r>
    </w:p>
    <w:p w14:paraId="6F0D34E3" w14:textId="77777777" w:rsidR="00EC0083" w:rsidRDefault="00000000" w:rsidP="007B53BC">
      <w:pPr>
        <w:keepLines/>
        <w:spacing w:after="16" w:line="360" w:lineRule="auto"/>
      </w:pPr>
      <w:r>
        <w:rPr>
          <w:b/>
          <w:color w:val="1F4E79"/>
        </w:rPr>
        <w:t xml:space="preserve">Databases: </w:t>
      </w:r>
      <w:r>
        <w:rPr>
          <w:color w:val="1F1F1F"/>
        </w:rPr>
        <w:t>PostgreSQL, MySQL, MongoDB</w:t>
      </w:r>
    </w:p>
    <w:p w14:paraId="68B2E3F2" w14:textId="77777777" w:rsidR="00EC0083" w:rsidRDefault="00000000" w:rsidP="007B53BC">
      <w:pPr>
        <w:keepLines/>
        <w:spacing w:after="16" w:line="360" w:lineRule="auto"/>
      </w:pPr>
      <w:r>
        <w:rPr>
          <w:b/>
          <w:color w:val="1F4E79"/>
        </w:rPr>
        <w:t xml:space="preserve">Cloud &amp; Operations: </w:t>
      </w:r>
      <w:r>
        <w:rPr>
          <w:color w:val="1F1F1F"/>
        </w:rPr>
        <w:t>AWS EC2, S3, RDS, IAM; Linux, Nginx, Gunicorn, SSH, SSL, DNS, environment configuration</w:t>
      </w:r>
    </w:p>
    <w:p w14:paraId="31DFA1F1" w14:textId="77777777" w:rsidR="00EC0083" w:rsidRDefault="00000000" w:rsidP="007B53BC">
      <w:pPr>
        <w:keepLines/>
        <w:spacing w:after="16" w:line="360" w:lineRule="auto"/>
      </w:pPr>
      <w:r>
        <w:rPr>
          <w:b/>
          <w:color w:val="1F4E79"/>
        </w:rPr>
        <w:t xml:space="preserve">Security &amp; Integrations: </w:t>
      </w:r>
      <w:r>
        <w:rPr>
          <w:color w:val="1F1F1F"/>
        </w:rPr>
        <w:t>JWT, OTP, RBAC, email verification, password reset, Razorpay, Paytm, webhooks</w:t>
      </w:r>
    </w:p>
    <w:p w14:paraId="6B546B05" w14:textId="77777777" w:rsidR="00EC0083" w:rsidRDefault="00000000" w:rsidP="007B53BC">
      <w:pPr>
        <w:keepLines/>
        <w:spacing w:after="16" w:line="360" w:lineRule="auto"/>
      </w:pPr>
      <w:r>
        <w:rPr>
          <w:b/>
          <w:color w:val="1F4E79"/>
        </w:rPr>
        <w:t xml:space="preserve">Automation &amp; Tools: </w:t>
      </w:r>
      <w:r>
        <w:rPr>
          <w:color w:val="1F1F1F"/>
        </w:rPr>
        <w:t>Python automation, cron, Excel/CSV processing, GitHub, Bitbucket, Jira, Agile; basic Docker and CI/CD familiarity</w:t>
      </w:r>
    </w:p>
    <w:p w14:paraId="209AA22B" w14:textId="77777777" w:rsidR="00EC0083" w:rsidRDefault="00000000" w:rsidP="00864238">
      <w:pPr>
        <w:keepNext/>
        <w:pBdr>
          <w:bottom w:val="single" w:sz="6" w:space="1" w:color="1F4E79"/>
        </w:pBdr>
        <w:spacing w:before="100" w:after="40"/>
      </w:pPr>
      <w:r>
        <w:rPr>
          <w:b/>
          <w:color w:val="1F4E79"/>
          <w:sz w:val="25"/>
        </w:rPr>
        <w:t>PROFESSIONAL EXPERIENCE</w:t>
      </w:r>
    </w:p>
    <w:p w14:paraId="674C0F21" w14:textId="77777777" w:rsidR="00EC0083" w:rsidRDefault="00000000" w:rsidP="007B53BC">
      <w:pPr>
        <w:keepNext/>
        <w:tabs>
          <w:tab w:val="right" w:pos="10152"/>
        </w:tabs>
        <w:spacing w:before="60" w:after="20" w:line="360" w:lineRule="auto"/>
      </w:pPr>
      <w:r>
        <w:rPr>
          <w:b/>
          <w:color w:val="1F1F1F"/>
          <w:sz w:val="21"/>
        </w:rPr>
        <w:t>Software Engineer</w:t>
      </w:r>
      <w:r>
        <w:rPr>
          <w:b/>
          <w:color w:val="1F4E79"/>
          <w:sz w:val="21"/>
        </w:rPr>
        <w:t xml:space="preserve"> | Saturam Infosystems</w:t>
      </w:r>
      <w:r>
        <w:rPr>
          <w:b/>
          <w:color w:val="1F1F1F"/>
          <w:sz w:val="21"/>
        </w:rPr>
        <w:tab/>
        <w:t>Feb 2022 – Jul 2023</w:t>
      </w:r>
    </w:p>
    <w:p w14:paraId="6BED5813" w14:textId="77777777" w:rsidR="00EC0083" w:rsidRDefault="00000000" w:rsidP="007B53BC">
      <w:pPr>
        <w:keepNext/>
        <w:spacing w:after="30" w:line="360" w:lineRule="auto"/>
      </w:pPr>
      <w:r>
        <w:rPr>
          <w:i/>
          <w:color w:val="555555"/>
          <w:sz w:val="18"/>
        </w:rPr>
        <w:t>Bengaluru, Karnataka | Full-time</w:t>
      </w:r>
    </w:p>
    <w:p w14:paraId="0B58D11C" w14:textId="77777777" w:rsidR="00EC0083" w:rsidRDefault="00000000" w:rsidP="007B53BC">
      <w:pPr>
        <w:pStyle w:val="ListBullet"/>
        <w:keepLines/>
        <w:spacing w:after="32" w:line="360" w:lineRule="auto"/>
        <w:ind w:left="259" w:hanging="173"/>
      </w:pPr>
      <w:r>
        <w:rPr>
          <w:color w:val="1F1F1F"/>
        </w:rPr>
        <w:t>Developed React frontends and Python-Flask REST APIs for enterprise retail customer-engagement, campaign, membership, reporting, and analytics applications.</w:t>
      </w:r>
    </w:p>
    <w:p w14:paraId="695ACA8E" w14:textId="77777777" w:rsidR="00EC0083" w:rsidRDefault="00000000" w:rsidP="007B53BC">
      <w:pPr>
        <w:pStyle w:val="ListBullet"/>
        <w:keepLines/>
        <w:spacing w:after="32" w:line="360" w:lineRule="auto"/>
        <w:ind w:left="259" w:hanging="173"/>
      </w:pPr>
      <w:r>
        <w:rPr>
          <w:color w:val="1F1F1F"/>
        </w:rPr>
        <w:t>Owned major technical areas of Pulsse, including PostgreSQL data modelling, more than 50 APIs, OTP/JWT authentication, external membership integration, reports, and Python automation.</w:t>
      </w:r>
    </w:p>
    <w:p w14:paraId="5B1989F1" w14:textId="77777777" w:rsidR="00EC0083" w:rsidRDefault="00000000" w:rsidP="007B53BC">
      <w:pPr>
        <w:pStyle w:val="ListBullet"/>
        <w:keepLines/>
        <w:spacing w:after="32" w:line="360" w:lineRule="auto"/>
        <w:ind w:left="259" w:hanging="173"/>
      </w:pPr>
      <w:r>
        <w:rPr>
          <w:color w:val="1F1F1F"/>
        </w:rPr>
        <w:t>Configured and deployed applications on AWS infrastructure provisioned by the cloud team using EC2, S3, RDS, IAM, Linux, Nginx, Gunicorn, SSL, DNS, environment values, and release verification.</w:t>
      </w:r>
    </w:p>
    <w:p w14:paraId="7DCDD304" w14:textId="77777777" w:rsidR="00EC0083" w:rsidRDefault="00000000" w:rsidP="007B53BC">
      <w:pPr>
        <w:pStyle w:val="ListBullet"/>
        <w:keepLines/>
        <w:spacing w:after="32" w:line="360" w:lineRule="auto"/>
        <w:ind w:left="259" w:hanging="173"/>
      </w:pPr>
      <w:r>
        <w:rPr>
          <w:color w:val="1F1F1F"/>
        </w:rPr>
        <w:t>Investigated production issues across frontend, backend, APIs, databases, integrations, reports, automation, and application services.</w:t>
      </w:r>
    </w:p>
    <w:p w14:paraId="5C2532F1" w14:textId="77777777" w:rsidR="00EC0083" w:rsidRDefault="00000000" w:rsidP="007B53BC">
      <w:pPr>
        <w:pStyle w:val="ListBullet"/>
        <w:keepLines/>
        <w:spacing w:after="32" w:line="360" w:lineRule="auto"/>
        <w:ind w:left="259" w:hanging="173"/>
      </w:pPr>
      <w:r>
        <w:rPr>
          <w:color w:val="1F1F1F"/>
        </w:rPr>
        <w:t>Participated directly in client meetings, coordinated one junior developer on Pulsse, mentored three interns, and handled Acting Technical Lead responsibilities on assigned initiatives while retaining Software Engineer as the official title.</w:t>
      </w:r>
    </w:p>
    <w:p w14:paraId="1A20365F" w14:textId="77777777" w:rsidR="00EC0083" w:rsidRDefault="00000000" w:rsidP="007B53BC">
      <w:pPr>
        <w:pStyle w:val="ListBullet"/>
        <w:keepLines/>
        <w:spacing w:after="32" w:line="360" w:lineRule="auto"/>
        <w:ind w:left="259" w:hanging="173"/>
      </w:pPr>
      <w:r>
        <w:rPr>
          <w:color w:val="1F1F1F"/>
        </w:rPr>
        <w:t>Contributed to multi-brand retail implementations and shared platform modules for campaigns, customer visits, offer redemption, dashboards, reports, automation, and store performance.</w:t>
      </w:r>
    </w:p>
    <w:p w14:paraId="60D2A6C9" w14:textId="77777777" w:rsidR="00EC0083" w:rsidRDefault="00000000" w:rsidP="007B53BC">
      <w:pPr>
        <w:keepNext/>
        <w:tabs>
          <w:tab w:val="right" w:pos="10152"/>
        </w:tabs>
        <w:spacing w:before="60" w:after="20" w:line="360" w:lineRule="auto"/>
      </w:pPr>
      <w:r>
        <w:rPr>
          <w:b/>
          <w:color w:val="1F1F1F"/>
          <w:sz w:val="21"/>
        </w:rPr>
        <w:lastRenderedPageBreak/>
        <w:t>Junior Developer</w:t>
      </w:r>
      <w:r>
        <w:rPr>
          <w:b/>
          <w:color w:val="1F4E79"/>
          <w:sz w:val="21"/>
        </w:rPr>
        <w:t xml:space="preserve"> | Navil Softwares</w:t>
      </w:r>
      <w:r>
        <w:rPr>
          <w:b/>
          <w:color w:val="1F1F1F"/>
          <w:sz w:val="21"/>
        </w:rPr>
        <w:tab/>
        <w:t>Mar 2020 – Dec 2021</w:t>
      </w:r>
    </w:p>
    <w:p w14:paraId="0C5569C7" w14:textId="77777777" w:rsidR="00EC0083" w:rsidRDefault="00000000" w:rsidP="007B53BC">
      <w:pPr>
        <w:keepNext/>
        <w:spacing w:after="30" w:line="360" w:lineRule="auto"/>
      </w:pPr>
      <w:r>
        <w:rPr>
          <w:i/>
          <w:color w:val="555555"/>
          <w:sz w:val="18"/>
        </w:rPr>
        <w:t>Thanjavur, Tamil Nadu | Full-time</w:t>
      </w:r>
    </w:p>
    <w:p w14:paraId="43C7BB54" w14:textId="77777777" w:rsidR="00EC0083" w:rsidRDefault="00000000" w:rsidP="007B53BC">
      <w:pPr>
        <w:pStyle w:val="ListBullet"/>
        <w:keepLines/>
        <w:spacing w:after="32" w:line="360" w:lineRule="auto"/>
        <w:ind w:left="259" w:hanging="173"/>
      </w:pPr>
      <w:r>
        <w:rPr>
          <w:color w:val="1F1F1F"/>
        </w:rPr>
        <w:t>Developed frontend, backend, REST API, database, authentication, and payment functionality across e-commerce, learning, healthcare, insurance, and recruitment applications.</w:t>
      </w:r>
    </w:p>
    <w:p w14:paraId="606A5CA8" w14:textId="77777777" w:rsidR="00EC0083" w:rsidRDefault="00000000" w:rsidP="007B53BC">
      <w:pPr>
        <w:pStyle w:val="ListBullet"/>
        <w:keepLines/>
        <w:spacing w:after="32" w:line="360" w:lineRule="auto"/>
        <w:ind w:left="259" w:hanging="173"/>
      </w:pPr>
      <w:r>
        <w:rPr>
          <w:color w:val="1F1F1F"/>
        </w:rPr>
        <w:t>Worked with Angular, AngularJS, PHP, CodeIgniter, Node.js, Express.js, MySQL, and MongoDB; contributed to more than 50 APIs across Navil projects.</w:t>
      </w:r>
    </w:p>
    <w:p w14:paraId="6B717C62" w14:textId="77777777" w:rsidR="00EC0083" w:rsidRDefault="00000000" w:rsidP="007B53BC">
      <w:pPr>
        <w:pStyle w:val="ListBullet"/>
        <w:keepLines/>
        <w:spacing w:after="32" w:line="360" w:lineRule="auto"/>
        <w:ind w:left="259" w:hanging="173"/>
      </w:pPr>
      <w:r>
        <w:rPr>
          <w:color w:val="1F1F1F"/>
        </w:rPr>
        <w:t>Implemented or contributed to login, signup, email verification, password reset, profiles, RBAC, Razorpay, Paytm, webhooks, file processing, and production bug fixing where applicable.</w:t>
      </w:r>
    </w:p>
    <w:p w14:paraId="7BBDB642" w14:textId="77777777" w:rsidR="00EC0083" w:rsidRDefault="00000000" w:rsidP="007B53BC">
      <w:pPr>
        <w:pStyle w:val="ListBullet"/>
        <w:keepLines/>
        <w:spacing w:after="32" w:line="360" w:lineRule="auto"/>
        <w:ind w:left="259" w:hanging="173"/>
      </w:pPr>
      <w:r>
        <w:rPr>
          <w:color w:val="1F1F1F"/>
        </w:rPr>
        <w:t>Progressed from contributor-level feature delivery to complete technical ownership during involvement on Medical Necessity, including direct client discussions and guidance for newly joined or junior developers.</w:t>
      </w:r>
    </w:p>
    <w:p w14:paraId="3805E927" w14:textId="77777777" w:rsidR="00EC0083" w:rsidRDefault="00000000" w:rsidP="007B53BC">
      <w:pPr>
        <w:pStyle w:val="ListBullet"/>
        <w:keepLines/>
        <w:spacing w:after="32" w:line="360" w:lineRule="auto"/>
        <w:ind w:left="259" w:hanging="173"/>
      </w:pPr>
      <w:r>
        <w:rPr>
          <w:color w:val="1F1F1F"/>
        </w:rPr>
        <w:t>Collaborated with senior developers, the CTO, and separate project teams; deployment and infrastructure were handled by senior team members.</w:t>
      </w:r>
    </w:p>
    <w:p w14:paraId="55CE5BA7" w14:textId="77777777" w:rsidR="00EC0083" w:rsidRDefault="00000000" w:rsidP="007B53BC">
      <w:pPr>
        <w:keepNext/>
        <w:tabs>
          <w:tab w:val="right" w:pos="10152"/>
        </w:tabs>
        <w:spacing w:before="60" w:after="20" w:line="360" w:lineRule="auto"/>
      </w:pPr>
      <w:r>
        <w:rPr>
          <w:b/>
          <w:color w:val="1F1F1F"/>
          <w:sz w:val="21"/>
        </w:rPr>
        <w:t>Independent Software Projects &amp; Freelance</w:t>
      </w:r>
      <w:r>
        <w:rPr>
          <w:b/>
          <w:color w:val="1F4E79"/>
          <w:sz w:val="21"/>
        </w:rPr>
        <w:t xml:space="preserve"> | Project-Based</w:t>
      </w:r>
      <w:r>
        <w:rPr>
          <w:b/>
          <w:color w:val="1F1F1F"/>
          <w:sz w:val="21"/>
        </w:rPr>
        <w:tab/>
        <w:t>Intermittent</w:t>
      </w:r>
    </w:p>
    <w:p w14:paraId="689EF161" w14:textId="77777777" w:rsidR="00EC0083" w:rsidRDefault="00000000" w:rsidP="007B53BC">
      <w:pPr>
        <w:keepNext/>
        <w:spacing w:after="30" w:line="360" w:lineRule="auto"/>
      </w:pPr>
      <w:r>
        <w:rPr>
          <w:i/>
          <w:color w:val="555555"/>
          <w:sz w:val="18"/>
        </w:rPr>
        <w:t>Remote / Thanjavur</w:t>
      </w:r>
    </w:p>
    <w:p w14:paraId="349EFCAB" w14:textId="77777777" w:rsidR="00EC0083" w:rsidRDefault="00000000" w:rsidP="007B53BC">
      <w:pPr>
        <w:pStyle w:val="ListBullet"/>
        <w:keepLines/>
        <w:spacing w:after="32" w:line="360" w:lineRule="auto"/>
        <w:ind w:left="259" w:hanging="173"/>
      </w:pPr>
      <w:r>
        <w:rPr>
          <w:color w:val="1F1F1F"/>
        </w:rPr>
        <w:t>Intermittent freelance and independent software projects with continued professional development; kept separate from full-time employment.</w:t>
      </w:r>
    </w:p>
    <w:p w14:paraId="524FEB36" w14:textId="77777777" w:rsidR="00EC0083" w:rsidRDefault="00000000" w:rsidP="007B53BC">
      <w:pPr>
        <w:pStyle w:val="ListBullet"/>
        <w:keepLines/>
        <w:spacing w:after="32" w:line="360" w:lineRule="auto"/>
        <w:ind w:left="259" w:hanging="173"/>
      </w:pPr>
      <w:r>
        <w:rPr>
          <w:color w:val="1F1F1F"/>
        </w:rPr>
        <w:t>Independently planned, developed, tested, demonstrated, and delivered Game Center Billing using React.js, Express.js, MySQL, JWT, billing, POS, inventory, roles, permissions, PDF receipts, and reporting.</w:t>
      </w:r>
    </w:p>
    <w:p w14:paraId="5EFF4E35" w14:textId="77777777" w:rsidR="00EC0083" w:rsidRDefault="00000000" w:rsidP="007B53BC">
      <w:pPr>
        <w:pStyle w:val="ListBullet"/>
        <w:keepLines/>
        <w:spacing w:after="32" w:line="360" w:lineRule="auto"/>
        <w:ind w:left="259" w:hanging="173"/>
      </w:pPr>
      <w:r>
        <w:rPr>
          <w:color w:val="1F1F1F"/>
        </w:rPr>
        <w:t>Completed supporting e-commerce administration, smaller web-application, maintenance, and occasional Android work while continuing development in cloud, DevOps, backend architecture, automation, and product engineering.</w:t>
      </w:r>
    </w:p>
    <w:p w14:paraId="03682E0F" w14:textId="77777777" w:rsidR="00EC0083" w:rsidRDefault="00000000" w:rsidP="00864238">
      <w:pPr>
        <w:keepNext/>
        <w:pBdr>
          <w:bottom w:val="single" w:sz="6" w:space="1" w:color="1F4E79"/>
        </w:pBdr>
        <w:spacing w:before="100" w:after="40"/>
      </w:pPr>
      <w:r>
        <w:rPr>
          <w:b/>
          <w:color w:val="1F4E79"/>
          <w:sz w:val="25"/>
        </w:rPr>
        <w:t>SELECTED PROJECTS</w:t>
      </w:r>
    </w:p>
    <w:p w14:paraId="4EBBB104" w14:textId="77777777" w:rsidR="00EC0083" w:rsidRDefault="00000000" w:rsidP="007B53BC">
      <w:pPr>
        <w:keepNext/>
        <w:spacing w:before="60" w:after="20" w:line="360" w:lineRule="auto"/>
      </w:pPr>
      <w:r>
        <w:rPr>
          <w:b/>
          <w:color w:val="1F1F1F"/>
          <w:sz w:val="21"/>
        </w:rPr>
        <w:t>Pulsse — Customer Engagement &amp; Campaign Platform</w:t>
      </w:r>
      <w:r>
        <w:rPr>
          <w:color w:val="555555"/>
        </w:rPr>
        <w:t xml:space="preserve"> — React.js, Python, Flask, PostgreSQL, AWS</w:t>
      </w:r>
    </w:p>
    <w:p w14:paraId="1182CFCE" w14:textId="77777777" w:rsidR="00EC0083" w:rsidRDefault="00000000" w:rsidP="007B53BC">
      <w:pPr>
        <w:pStyle w:val="ListBullet"/>
        <w:keepLines/>
        <w:spacing w:after="32" w:line="360" w:lineRule="auto"/>
        <w:ind w:left="259" w:hanging="173"/>
      </w:pPr>
      <w:r>
        <w:rPr>
          <w:color w:val="1F1F1F"/>
        </w:rPr>
        <w:t>Owned the main technical implementation for Shoppers Stop, including a QR-accessed customer web application, profile and optional membership flows, general and member-only campaigns, dashboards, and reporting.</w:t>
      </w:r>
    </w:p>
    <w:p w14:paraId="626AD425" w14:textId="77777777" w:rsidR="00EC0083" w:rsidRDefault="00000000" w:rsidP="007B53BC">
      <w:pPr>
        <w:pStyle w:val="ListBullet"/>
        <w:keepLines/>
        <w:spacing w:after="32" w:line="360" w:lineRule="auto"/>
        <w:ind w:left="259" w:hanging="173"/>
      </w:pPr>
      <w:r>
        <w:rPr>
          <w:color w:val="1F1F1F"/>
        </w:rPr>
        <w:t>Developed more than 50 APIs, PostgreSQL data structures, OTP/JWT authentication, external membership integrations, scheduled reports, campaign processing, email scheduling, file movement, and database cleanup.</w:t>
      </w:r>
    </w:p>
    <w:p w14:paraId="37598621" w14:textId="77777777" w:rsidR="00EC0083" w:rsidRDefault="00000000" w:rsidP="007B53BC">
      <w:pPr>
        <w:pStyle w:val="ListBullet"/>
        <w:keepLines/>
        <w:spacing w:after="32" w:line="360" w:lineRule="auto"/>
        <w:ind w:left="259" w:hanging="173"/>
      </w:pPr>
      <w:r>
        <w:rPr>
          <w:color w:val="1F1F1F"/>
        </w:rPr>
        <w:t>Helped deliver the initial production-ready version in approximately two to three months; supported deployment and production while coordinating a junior developer and mentoring three interns.</w:t>
      </w:r>
    </w:p>
    <w:p w14:paraId="007B6F0B" w14:textId="77777777" w:rsidR="00EC0083" w:rsidRDefault="00000000" w:rsidP="007B53BC">
      <w:pPr>
        <w:keepNext/>
        <w:spacing w:before="60" w:after="20" w:line="360" w:lineRule="auto"/>
      </w:pPr>
      <w:r>
        <w:rPr>
          <w:b/>
          <w:color w:val="1F1F1F"/>
          <w:sz w:val="21"/>
        </w:rPr>
        <w:t>DeltaBazzar — Grocery Marketplace</w:t>
      </w:r>
      <w:r>
        <w:rPr>
          <w:color w:val="555555"/>
        </w:rPr>
        <w:t xml:space="preserve"> — AngularJS, CodeIgniter, MySQL, Razorpay</w:t>
      </w:r>
    </w:p>
    <w:p w14:paraId="1A5F9E50" w14:textId="77777777" w:rsidR="00EC0083" w:rsidRDefault="00000000" w:rsidP="007B53BC">
      <w:pPr>
        <w:pStyle w:val="ListBullet"/>
        <w:keepLines/>
        <w:spacing w:after="32" w:line="360" w:lineRule="auto"/>
        <w:ind w:left="259" w:hanging="173"/>
      </w:pPr>
      <w:r>
        <w:rPr>
          <w:color w:val="1F1F1F"/>
        </w:rPr>
        <w:t>Contributed across customer, vendor, and administrator workflows for a multi-vendor grocery marketplace.</w:t>
      </w:r>
    </w:p>
    <w:p w14:paraId="61492812" w14:textId="77777777" w:rsidR="00EC0083" w:rsidRDefault="00000000" w:rsidP="007B53BC">
      <w:pPr>
        <w:pStyle w:val="ListBullet"/>
        <w:keepLines/>
        <w:spacing w:after="32" w:line="360" w:lineRule="auto"/>
        <w:ind w:left="259" w:hanging="173"/>
      </w:pPr>
      <w:r>
        <w:rPr>
          <w:color w:val="1F1F1F"/>
        </w:rPr>
        <w:t>Developed frontend and backend features, REST APIs, feature-level database structures, authentication, RBAC, orders, and Razorpay payment workflows including verification, signature validation, webhooks, and status updates.</w:t>
      </w:r>
    </w:p>
    <w:p w14:paraId="4E932B0B" w14:textId="77777777" w:rsidR="00EC0083" w:rsidRDefault="00000000" w:rsidP="007B53BC">
      <w:pPr>
        <w:pStyle w:val="ListBullet"/>
        <w:keepLines/>
        <w:spacing w:after="32" w:line="360" w:lineRule="auto"/>
        <w:ind w:left="259" w:hanging="173"/>
      </w:pPr>
      <w:r>
        <w:rPr>
          <w:color w:val="1F1F1F"/>
        </w:rPr>
        <w:t>Supported production bug fixing and maintenance; no deployment or complete-platform ownership is claimed.</w:t>
      </w:r>
    </w:p>
    <w:p w14:paraId="7EE727C0" w14:textId="77777777" w:rsidR="00EC0083" w:rsidRDefault="00000000" w:rsidP="007B53BC">
      <w:pPr>
        <w:keepNext/>
        <w:spacing w:before="60" w:after="20" w:line="360" w:lineRule="auto"/>
      </w:pPr>
      <w:r>
        <w:rPr>
          <w:b/>
          <w:color w:val="1F1F1F"/>
          <w:sz w:val="21"/>
        </w:rPr>
        <w:t>Medical Necessity — Insurance Medical Validation</w:t>
      </w:r>
      <w:r>
        <w:rPr>
          <w:color w:val="555555"/>
        </w:rPr>
        <w:t xml:space="preserve"> — Angular 12+, Express.js, MongoDB</w:t>
      </w:r>
    </w:p>
    <w:p w14:paraId="04ECDA07" w14:textId="77777777" w:rsidR="00EC0083" w:rsidRDefault="00000000" w:rsidP="007B53BC">
      <w:pPr>
        <w:pStyle w:val="ListBullet"/>
        <w:keepLines/>
        <w:spacing w:after="32" w:line="360" w:lineRule="auto"/>
        <w:ind w:left="259" w:hanging="173"/>
      </w:pPr>
      <w:r>
        <w:rPr>
          <w:color w:val="1F1F1F"/>
        </w:rPr>
        <w:t>Owned the application implementation during involvement for insurance staff and healthcare providers, covering frontend, backend, REST APIs, MongoDB, and login.</w:t>
      </w:r>
    </w:p>
    <w:p w14:paraId="0D74F9F7" w14:textId="77777777" w:rsidR="00EC0083" w:rsidRDefault="00000000" w:rsidP="007B53BC">
      <w:pPr>
        <w:pStyle w:val="ListBullet"/>
        <w:keepLines/>
        <w:spacing w:after="32" w:line="360" w:lineRule="auto"/>
        <w:ind w:left="259" w:hanging="173"/>
      </w:pPr>
      <w:r>
        <w:rPr>
          <w:color w:val="1F1F1F"/>
        </w:rPr>
        <w:t>Built Excel upload, parsing, validation, normalization, CSV-compatible conversion, and MongoDB import workflows; tested completed modules.</w:t>
      </w:r>
    </w:p>
    <w:p w14:paraId="5BA62DC7" w14:textId="77777777" w:rsidR="00EC0083" w:rsidRDefault="00000000" w:rsidP="007B53BC">
      <w:pPr>
        <w:pStyle w:val="ListBullet"/>
        <w:keepLines/>
        <w:spacing w:after="32" w:line="360" w:lineRule="auto"/>
        <w:ind w:left="259" w:hanging="173"/>
      </w:pPr>
      <w:r>
        <w:rPr>
          <w:color w:val="1F1F1F"/>
        </w:rPr>
        <w:lastRenderedPageBreak/>
        <w:t>Handled direct client requirements, updates, demonstrations, feedback, and change requests while guiding newly joined or junior developers; first complete Acting Technical Lead responsibility.</w:t>
      </w:r>
    </w:p>
    <w:p w14:paraId="11371C37" w14:textId="77777777" w:rsidR="00EC0083" w:rsidRDefault="00000000" w:rsidP="007B53BC">
      <w:pPr>
        <w:pStyle w:val="ListBullet"/>
        <w:keepLines/>
        <w:spacing w:after="32" w:line="360" w:lineRule="auto"/>
        <w:ind w:left="259" w:hanging="173"/>
      </w:pPr>
      <w:r>
        <w:rPr>
          <w:color w:val="1F1F1F"/>
        </w:rPr>
        <w:t>Project was in development or paused when involvement ended; later status is unknown.</w:t>
      </w:r>
    </w:p>
    <w:p w14:paraId="0A421332" w14:textId="77777777" w:rsidR="00EC0083" w:rsidRDefault="00000000" w:rsidP="007B53BC">
      <w:pPr>
        <w:keepNext/>
        <w:spacing w:before="60" w:after="20" w:line="360" w:lineRule="auto"/>
      </w:pPr>
      <w:r>
        <w:rPr>
          <w:b/>
          <w:color w:val="1F1F1F"/>
          <w:sz w:val="21"/>
        </w:rPr>
        <w:t>Game Center Billing — Billing, POS &amp; Inventory</w:t>
      </w:r>
      <w:r>
        <w:rPr>
          <w:color w:val="555555"/>
        </w:rPr>
        <w:t xml:space="preserve"> — React.js, Express.js, MySQL, JWT</w:t>
      </w:r>
    </w:p>
    <w:p w14:paraId="23E714E5" w14:textId="77777777" w:rsidR="00EC0083" w:rsidRDefault="00000000" w:rsidP="007B53BC">
      <w:pPr>
        <w:pStyle w:val="ListBullet"/>
        <w:keepLines/>
        <w:spacing w:after="32" w:line="360" w:lineRule="auto"/>
        <w:ind w:left="259" w:hanging="173"/>
      </w:pPr>
      <w:r>
        <w:rPr>
          <w:color w:val="1F1F1F"/>
        </w:rPr>
        <w:t>Independently designed and delivered a web application for one game center within approximately three to five weeks.</w:t>
      </w:r>
    </w:p>
    <w:p w14:paraId="731963B7" w14:textId="77777777" w:rsidR="00EC0083" w:rsidRDefault="00000000" w:rsidP="007B53BC">
      <w:pPr>
        <w:pStyle w:val="ListBullet"/>
        <w:keepLines/>
        <w:spacing w:after="32" w:line="360" w:lineRule="auto"/>
        <w:ind w:left="259" w:hanging="173"/>
      </w:pPr>
      <w:r>
        <w:rPr>
          <w:color w:val="1F1F1F"/>
        </w:rPr>
        <w:t>Implemented prepaid billiards and pool-table sessions, table/game rates, hourly and fixed-duration packages, session extensions, cash POS sales, inventory deductions, low-stock alerts, configurable roles and permissions, PDF receipts, and daily sales reports.</w:t>
      </w:r>
    </w:p>
    <w:p w14:paraId="30134B1C" w14:textId="77777777" w:rsidR="00EC0083" w:rsidRDefault="00000000" w:rsidP="007B53BC">
      <w:pPr>
        <w:pStyle w:val="ListBullet"/>
        <w:keepLines/>
        <w:spacing w:after="32" w:line="360" w:lineRule="auto"/>
        <w:ind w:left="259" w:hanging="173"/>
      </w:pPr>
      <w:r>
        <w:rPr>
          <w:color w:val="1F1F1F"/>
        </w:rPr>
        <w:t>Owned requirements, application planning, frontend, backend, APIs, database, authentication, testing, client demonstrations, change requests, and final software delivery; hosting was outside scope.</w:t>
      </w:r>
    </w:p>
    <w:p w14:paraId="6F352CBD" w14:textId="77777777" w:rsidR="00EC0083" w:rsidRDefault="00000000" w:rsidP="00864238">
      <w:pPr>
        <w:keepNext/>
        <w:pBdr>
          <w:bottom w:val="single" w:sz="6" w:space="1" w:color="1F4E79"/>
        </w:pBdr>
        <w:spacing w:before="100" w:after="40"/>
      </w:pPr>
      <w:r>
        <w:rPr>
          <w:b/>
          <w:color w:val="1F4E79"/>
          <w:sz w:val="25"/>
        </w:rPr>
        <w:t>ADDITIONAL PROJECT EXPERIENCE</w:t>
      </w:r>
    </w:p>
    <w:p w14:paraId="66023802" w14:textId="77777777" w:rsidR="00EC0083" w:rsidRDefault="00000000" w:rsidP="007B53BC">
      <w:pPr>
        <w:keepNext/>
        <w:spacing w:before="60" w:after="20" w:line="360" w:lineRule="auto"/>
      </w:pPr>
      <w:r>
        <w:rPr>
          <w:b/>
          <w:color w:val="1F1F1F"/>
          <w:sz w:val="21"/>
        </w:rPr>
        <w:t>SkillXplore — Learning Management System</w:t>
      </w:r>
      <w:r>
        <w:rPr>
          <w:color w:val="555555"/>
        </w:rPr>
        <w:t xml:space="preserve"> — AngularJS, CodeIgniter, MySQL, Razorpay</w:t>
      </w:r>
    </w:p>
    <w:p w14:paraId="7E2B8D8C" w14:textId="77777777" w:rsidR="00EC0083" w:rsidRDefault="00000000" w:rsidP="007B53BC">
      <w:pPr>
        <w:pStyle w:val="ListBullet"/>
        <w:keepLines/>
        <w:spacing w:after="32" w:line="360" w:lineRule="auto"/>
        <w:ind w:left="259" w:hanging="173"/>
      </w:pPr>
      <w:r>
        <w:rPr>
          <w:color w:val="1F1F1F"/>
        </w:rPr>
        <w:t>Contributed to selected user-module interfaces, APIs, feature-level database work, login, signup, email verification, password reset, profiles, course-purchase payments, and minor production bugs under senior guidance.</w:t>
      </w:r>
    </w:p>
    <w:p w14:paraId="67E2387B" w14:textId="77777777" w:rsidR="00EC0083" w:rsidRDefault="00000000" w:rsidP="007B53BC">
      <w:pPr>
        <w:keepNext/>
        <w:spacing w:before="60" w:after="20" w:line="360" w:lineRule="auto"/>
      </w:pPr>
      <w:r>
        <w:rPr>
          <w:b/>
          <w:color w:val="1F1F1F"/>
          <w:sz w:val="21"/>
        </w:rPr>
        <w:t>TResume — Applicant Tracking System UI Modernization</w:t>
      </w:r>
      <w:r>
        <w:rPr>
          <w:color w:val="555555"/>
        </w:rPr>
        <w:t xml:space="preserve"> — Angular 12, TypeScript, HTML5, CSS3</w:t>
      </w:r>
    </w:p>
    <w:p w14:paraId="6C9DB400" w14:textId="77777777" w:rsidR="00EC0083" w:rsidRDefault="00000000" w:rsidP="007B53BC">
      <w:pPr>
        <w:pStyle w:val="ListBullet"/>
        <w:keepLines/>
        <w:spacing w:after="32" w:line="360" w:lineRule="auto"/>
        <w:ind w:left="259" w:hanging="173"/>
      </w:pPr>
      <w:r>
        <w:rPr>
          <w:color w:val="1F1F1F"/>
        </w:rPr>
        <w:t>Independently converted landing, login, and other important ASP.NET screen designs into Angular components, routing, frontend forms, validation, authentication-screen UI, and responsive layouts. Work was UI-only; no API integration is claimed.</w:t>
      </w:r>
    </w:p>
    <w:p w14:paraId="790F64B9" w14:textId="77777777" w:rsidR="00EC0083" w:rsidRDefault="00000000" w:rsidP="00864238">
      <w:pPr>
        <w:keepNext/>
        <w:pBdr>
          <w:bottom w:val="single" w:sz="6" w:space="1" w:color="1F4E79"/>
        </w:pBdr>
        <w:spacing w:before="100" w:after="40"/>
      </w:pPr>
      <w:r>
        <w:rPr>
          <w:b/>
          <w:color w:val="1F4E79"/>
          <w:sz w:val="25"/>
        </w:rPr>
        <w:t>EDUCATION &amp; CERTIFICATIONS</w:t>
      </w:r>
    </w:p>
    <w:p w14:paraId="5E980FCE" w14:textId="77777777" w:rsidR="00EC0083" w:rsidRDefault="00000000" w:rsidP="007B53BC">
      <w:pPr>
        <w:keepNext/>
        <w:spacing w:after="20" w:line="360" w:lineRule="auto"/>
      </w:pPr>
      <w:r>
        <w:rPr>
          <w:b/>
          <w:color w:val="1F1F1F"/>
        </w:rPr>
        <w:t>Bachelor of Science in Computer Science</w:t>
      </w:r>
      <w:r>
        <w:rPr>
          <w:color w:val="1F1F1F"/>
        </w:rPr>
        <w:t xml:space="preserve"> — A.V.V.M. Sri Pushpam College | 2018</w:t>
      </w:r>
    </w:p>
    <w:p w14:paraId="0AA342C2" w14:textId="77777777" w:rsidR="00EC0083" w:rsidRDefault="00000000" w:rsidP="007B53BC">
      <w:pPr>
        <w:keepNext/>
        <w:spacing w:after="20" w:line="360" w:lineRule="auto"/>
      </w:pPr>
      <w:r>
        <w:rPr>
          <w:b/>
          <w:color w:val="1F1F1F"/>
        </w:rPr>
        <w:t>Cloud Computing &amp; DevOps</w:t>
      </w:r>
      <w:r>
        <w:rPr>
          <w:color w:val="1F1F1F"/>
        </w:rPr>
        <w:t xml:space="preserve"> — Intellipaat | Completed Aug 31, 2023</w:t>
      </w:r>
    </w:p>
    <w:p w14:paraId="3444B5B0" w14:textId="77777777" w:rsidR="00EC0083" w:rsidRDefault="00000000" w:rsidP="007B53BC">
      <w:pPr>
        <w:keepNext/>
        <w:spacing w:after="20" w:line="360" w:lineRule="auto"/>
      </w:pPr>
      <w:r>
        <w:rPr>
          <w:b/>
          <w:color w:val="1F1F1F"/>
        </w:rPr>
        <w:t>Mobile App Development in Android</w:t>
      </w:r>
      <w:r>
        <w:rPr>
          <w:color w:val="1F1F1F"/>
        </w:rPr>
        <w:t xml:space="preserve"> — Nschool, Coimbatore | Jul–Oct 2018</w:t>
      </w:r>
    </w:p>
    <w:p w14:paraId="4AFAF708" w14:textId="77777777" w:rsidR="00EC0083" w:rsidRDefault="00000000" w:rsidP="00864238">
      <w:pPr>
        <w:keepNext/>
        <w:pBdr>
          <w:bottom w:val="single" w:sz="6" w:space="1" w:color="1F4E79"/>
        </w:pBdr>
        <w:spacing w:before="100" w:after="40"/>
      </w:pPr>
      <w:r>
        <w:rPr>
          <w:b/>
          <w:color w:val="1F4E79"/>
          <w:sz w:val="25"/>
        </w:rPr>
        <w:t>AVAILABILITY</w:t>
      </w:r>
    </w:p>
    <w:p w14:paraId="18E3BC6F" w14:textId="77777777" w:rsidR="00EC0083" w:rsidRDefault="00000000" w:rsidP="007B53BC">
      <w:pPr>
        <w:keepNext/>
        <w:spacing w:after="20" w:line="360" w:lineRule="auto"/>
      </w:pPr>
      <w:r>
        <w:rPr>
          <w:color w:val="1F1F1F"/>
        </w:rPr>
        <w:t>Open to full-time, contract, and freelance opportunities. Remote work preferred; open to on-site roles based on requirements.</w:t>
      </w:r>
    </w:p>
    <w:sectPr w:rsidR="00EC0083">
      <w:footerReference w:type="default" r:id="rId8"/>
      <w:pgSz w:w="11909" w:h="16834"/>
      <w:pgMar w:top="792"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9F841" w14:textId="77777777" w:rsidR="004117F4" w:rsidRDefault="004117F4">
      <w:r>
        <w:separator/>
      </w:r>
    </w:p>
  </w:endnote>
  <w:endnote w:type="continuationSeparator" w:id="0">
    <w:p w14:paraId="664D4754" w14:textId="77777777" w:rsidR="004117F4" w:rsidRDefault="00411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BC46" w14:textId="77777777" w:rsidR="00EC0083" w:rsidRDefault="00000000">
    <w:pPr>
      <w:pStyle w:val="Footer"/>
      <w:jc w:val="center"/>
    </w:pPr>
    <w:r>
      <w:rPr>
        <w:color w:val="777777"/>
        <w:sz w:val="16"/>
      </w:rPr>
      <w:t>Sivaraj Marimuthu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0E62" w14:textId="77777777" w:rsidR="004117F4" w:rsidRDefault="004117F4">
      <w:r>
        <w:separator/>
      </w:r>
    </w:p>
  </w:footnote>
  <w:footnote w:type="continuationSeparator" w:id="0">
    <w:p w14:paraId="527F9D96" w14:textId="77777777" w:rsidR="004117F4" w:rsidRDefault="00411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37205152">
    <w:abstractNumId w:val="8"/>
  </w:num>
  <w:num w:numId="2" w16cid:durableId="1524788015">
    <w:abstractNumId w:val="6"/>
  </w:num>
  <w:num w:numId="3" w16cid:durableId="848982856">
    <w:abstractNumId w:val="5"/>
  </w:num>
  <w:num w:numId="4" w16cid:durableId="331565889">
    <w:abstractNumId w:val="4"/>
  </w:num>
  <w:num w:numId="5" w16cid:durableId="1024670776">
    <w:abstractNumId w:val="7"/>
  </w:num>
  <w:num w:numId="6" w16cid:durableId="2055538440">
    <w:abstractNumId w:val="3"/>
  </w:num>
  <w:num w:numId="7" w16cid:durableId="732580983">
    <w:abstractNumId w:val="2"/>
  </w:num>
  <w:num w:numId="8" w16cid:durableId="1092552439">
    <w:abstractNumId w:val="1"/>
  </w:num>
  <w:num w:numId="9" w16cid:durableId="627399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17F4"/>
    <w:rsid w:val="00683108"/>
    <w:rsid w:val="007B53BC"/>
    <w:rsid w:val="00864238"/>
    <w:rsid w:val="00AA1D8D"/>
    <w:rsid w:val="00B47730"/>
    <w:rsid w:val="00CB0664"/>
    <w:rsid w:val="00EC00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76F80B"/>
  <w14:defaultImageDpi w14:val="300"/>
  <w15:docId w15:val="{F806DF18-AFBD-4437-863D-BBE1E74C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Sivaraj Marimuthu Complete Professional Resume</dc:title>
  <dc:subject>Career document</dc:subject>
  <dc:creator/>
  <cp:keywords>software engineer, resume, cover letter</cp:keywords>
  <dc:description>generated by python-docx</dc:description>
  <cp:lastModifiedBy>Sivaraj M</cp:lastModifiedBy>
  <cp:revision>3</cp:revision>
  <dcterms:created xsi:type="dcterms:W3CDTF">2013-12-23T23:15:00Z</dcterms:created>
  <dcterms:modified xsi:type="dcterms:W3CDTF">2026-07-19T18:27:00Z</dcterms:modified>
  <cp:category/>
</cp:coreProperties>
</file>